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3: What Makes Us ‘Canadian’?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List two symbols or ideas people connect with Canada.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How do immigration and multiculturalism shape Canadian identity? One sentence.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Is Canada 'one' identity or 'many'? Explain your thinking.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describe Canadian identity as many stories.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